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F8F37" w14:textId="33665137" w:rsidR="00C30375" w:rsidRPr="0044286F" w:rsidRDefault="00C30375" w:rsidP="0044286F">
      <w:pPr>
        <w:pStyle w:val="Heading1"/>
      </w:pPr>
      <w:r w:rsidRPr="0044286F">
        <w:t xml:space="preserve">Attachment </w:t>
      </w:r>
      <w:r w:rsidR="00C73D6D" w:rsidRPr="0044286F">
        <w:t>2</w:t>
      </w:r>
      <w:r w:rsidRPr="0044286F">
        <w:t>: Fiscal Year 202</w:t>
      </w:r>
      <w:r w:rsidR="00A020F9">
        <w:t>6</w:t>
      </w:r>
      <w:r w:rsidRPr="0044286F">
        <w:t>–2</w:t>
      </w:r>
      <w:r w:rsidR="00A020F9">
        <w:t>7</w:t>
      </w:r>
      <w:r w:rsidRPr="0044286F">
        <w:t>: Grantee</w:t>
      </w:r>
      <w:r w:rsidR="00EA2999" w:rsidRPr="0044286F">
        <w:t xml:space="preserve"> Counts Broken Down </w:t>
      </w:r>
      <w:r w:rsidRPr="0044286F">
        <w:t>by County (with County Numbers)</w:t>
      </w:r>
    </w:p>
    <w:p w14:paraId="11C87598" w14:textId="17EB0797" w:rsidR="00C30375" w:rsidRPr="009B1E69" w:rsidRDefault="00C30375" w:rsidP="00A60B4A">
      <w:pPr>
        <w:spacing w:after="240" w:line="240" w:lineRule="auto"/>
        <w:ind w:right="-93"/>
        <w:rPr>
          <w:rFonts w:ascii="Arial" w:hAnsi="Arial" w:cs="Arial"/>
          <w:sz w:val="24"/>
          <w:szCs w:val="24"/>
        </w:rPr>
      </w:pPr>
      <w:r w:rsidRPr="009B1E69">
        <w:rPr>
          <w:rFonts w:ascii="Arial" w:hAnsi="Arial" w:cs="Arial"/>
          <w:sz w:val="24"/>
          <w:szCs w:val="24"/>
        </w:rPr>
        <w:t>The following table reflects the number of grantees awarded in each county for these Kindergarten through grade twelve career technical education (CTE) grants distributed by the California Department of Education</w:t>
      </w:r>
      <w:r w:rsidR="004915A7">
        <w:rPr>
          <w:rFonts w:ascii="Arial" w:hAnsi="Arial" w:cs="Arial"/>
          <w:sz w:val="24"/>
          <w:szCs w:val="24"/>
        </w:rPr>
        <w:t xml:space="preserve"> (CDE) and the California Community Colleges Chancellor’s Office (CCCCO)</w:t>
      </w:r>
      <w:r w:rsidRPr="009B1E69">
        <w:rPr>
          <w:rFonts w:ascii="Arial" w:hAnsi="Arial" w:cs="Arial"/>
          <w:sz w:val="24"/>
          <w:szCs w:val="24"/>
        </w:rPr>
        <w:t>:</w:t>
      </w:r>
    </w:p>
    <w:p w14:paraId="46CE7C6B" w14:textId="4D2AFEC9" w:rsidR="004915A7" w:rsidRDefault="00C30375" w:rsidP="00A60B4A">
      <w:pPr>
        <w:pStyle w:val="ListParagraph"/>
        <w:numPr>
          <w:ilvl w:val="0"/>
          <w:numId w:val="10"/>
        </w:numPr>
        <w:spacing w:after="240" w:line="240" w:lineRule="auto"/>
        <w:contextualSpacing w:val="0"/>
        <w:rPr>
          <w:rFonts w:ascii="Arial" w:hAnsi="Arial" w:cs="Arial"/>
          <w:sz w:val="24"/>
          <w:szCs w:val="24"/>
        </w:rPr>
      </w:pPr>
      <w:r w:rsidRPr="009B1E69">
        <w:rPr>
          <w:rFonts w:ascii="Arial" w:hAnsi="Arial" w:cs="Arial"/>
          <w:sz w:val="24"/>
          <w:szCs w:val="24"/>
        </w:rPr>
        <w:t xml:space="preserve">Strengthening </w:t>
      </w:r>
      <w:r w:rsidR="009304F3">
        <w:rPr>
          <w:rFonts w:ascii="Arial" w:hAnsi="Arial" w:cs="Arial"/>
          <w:sz w:val="24"/>
          <w:szCs w:val="24"/>
        </w:rPr>
        <w:t>CTE</w:t>
      </w:r>
      <w:r w:rsidRPr="009B1E69">
        <w:rPr>
          <w:rFonts w:ascii="Arial" w:hAnsi="Arial" w:cs="Arial"/>
          <w:sz w:val="24"/>
          <w:szCs w:val="24"/>
        </w:rPr>
        <w:t xml:space="preserve"> for the 21</w:t>
      </w:r>
      <w:r w:rsidRPr="009B1E69">
        <w:rPr>
          <w:rFonts w:ascii="Arial" w:hAnsi="Arial" w:cs="Arial"/>
          <w:sz w:val="24"/>
          <w:szCs w:val="24"/>
          <w:vertAlign w:val="superscript"/>
        </w:rPr>
        <w:t>st</w:t>
      </w:r>
      <w:r w:rsidRPr="009B1E69">
        <w:rPr>
          <w:rFonts w:ascii="Arial" w:hAnsi="Arial" w:cs="Arial"/>
          <w:sz w:val="24"/>
          <w:szCs w:val="24"/>
        </w:rPr>
        <w:t xml:space="preserve"> Century</w:t>
      </w:r>
      <w:r w:rsidR="004915A7">
        <w:rPr>
          <w:rFonts w:ascii="Arial" w:hAnsi="Arial" w:cs="Arial"/>
          <w:sz w:val="24"/>
          <w:szCs w:val="24"/>
        </w:rPr>
        <w:t xml:space="preserve"> – Perkins V – CDE</w:t>
      </w:r>
    </w:p>
    <w:p w14:paraId="5962D56E" w14:textId="61DC9E98" w:rsidR="004915A7" w:rsidRDefault="00C30375" w:rsidP="00A60B4A">
      <w:pPr>
        <w:pStyle w:val="ListParagraph"/>
        <w:numPr>
          <w:ilvl w:val="0"/>
          <w:numId w:val="10"/>
        </w:numPr>
        <w:spacing w:after="240" w:line="240" w:lineRule="auto"/>
        <w:contextualSpacing w:val="0"/>
        <w:rPr>
          <w:rFonts w:ascii="Arial" w:hAnsi="Arial" w:cs="Arial"/>
          <w:sz w:val="24"/>
          <w:szCs w:val="24"/>
        </w:rPr>
      </w:pPr>
      <w:r w:rsidRPr="004915A7">
        <w:rPr>
          <w:rFonts w:ascii="Arial" w:hAnsi="Arial" w:cs="Arial"/>
          <w:sz w:val="24"/>
          <w:szCs w:val="24"/>
        </w:rPr>
        <w:t>C</w:t>
      </w:r>
      <w:r w:rsidR="009304F3" w:rsidRPr="004915A7">
        <w:rPr>
          <w:rFonts w:ascii="Arial" w:hAnsi="Arial" w:cs="Arial"/>
          <w:sz w:val="24"/>
          <w:szCs w:val="24"/>
        </w:rPr>
        <w:t>TE</w:t>
      </w:r>
      <w:r w:rsidRPr="004915A7">
        <w:rPr>
          <w:rFonts w:ascii="Arial" w:hAnsi="Arial" w:cs="Arial"/>
          <w:sz w:val="24"/>
          <w:szCs w:val="24"/>
        </w:rPr>
        <w:t xml:space="preserve"> Incentive Grant</w:t>
      </w:r>
      <w:r w:rsidR="004915A7" w:rsidRPr="004915A7">
        <w:rPr>
          <w:rFonts w:ascii="Arial" w:hAnsi="Arial" w:cs="Arial"/>
          <w:sz w:val="24"/>
          <w:szCs w:val="24"/>
        </w:rPr>
        <w:t xml:space="preserve"> </w:t>
      </w:r>
      <w:r w:rsidR="00871B2F">
        <w:rPr>
          <w:rFonts w:ascii="Arial" w:hAnsi="Arial" w:cs="Arial"/>
          <w:sz w:val="24"/>
          <w:szCs w:val="24"/>
        </w:rPr>
        <w:t>–</w:t>
      </w:r>
      <w:r w:rsidR="00C8324F" w:rsidRPr="004915A7">
        <w:rPr>
          <w:rFonts w:ascii="Arial" w:hAnsi="Arial" w:cs="Arial"/>
          <w:sz w:val="24"/>
          <w:szCs w:val="24"/>
        </w:rPr>
        <w:t xml:space="preserve"> </w:t>
      </w:r>
      <w:r w:rsidR="004915A7" w:rsidRPr="004915A7">
        <w:rPr>
          <w:rFonts w:ascii="Arial" w:hAnsi="Arial" w:cs="Arial"/>
          <w:sz w:val="24"/>
          <w:szCs w:val="24"/>
        </w:rPr>
        <w:t>R</w:t>
      </w:r>
      <w:r w:rsidR="00C8324F" w:rsidRPr="004915A7">
        <w:rPr>
          <w:rFonts w:ascii="Arial" w:hAnsi="Arial" w:cs="Arial"/>
          <w:sz w:val="24"/>
          <w:szCs w:val="24"/>
        </w:rPr>
        <w:t>ound 1</w:t>
      </w:r>
      <w:r w:rsidR="00A020F9">
        <w:rPr>
          <w:rFonts w:ascii="Arial" w:hAnsi="Arial" w:cs="Arial"/>
          <w:sz w:val="24"/>
          <w:szCs w:val="24"/>
        </w:rPr>
        <w:t>2</w:t>
      </w:r>
      <w:r w:rsidR="004915A7">
        <w:rPr>
          <w:rFonts w:ascii="Arial" w:hAnsi="Arial" w:cs="Arial"/>
          <w:sz w:val="24"/>
          <w:szCs w:val="24"/>
        </w:rPr>
        <w:t xml:space="preserve"> – CDE</w:t>
      </w:r>
    </w:p>
    <w:p w14:paraId="4E6AFF25" w14:textId="3D8DD79D" w:rsidR="00C8324F" w:rsidRDefault="00C8324F" w:rsidP="00A60B4A">
      <w:pPr>
        <w:pStyle w:val="ListParagraph"/>
        <w:numPr>
          <w:ilvl w:val="0"/>
          <w:numId w:val="10"/>
        </w:numPr>
        <w:spacing w:after="240" w:line="240" w:lineRule="auto"/>
        <w:contextualSpacing w:val="0"/>
        <w:rPr>
          <w:rFonts w:ascii="Arial" w:hAnsi="Arial" w:cs="Arial"/>
          <w:sz w:val="24"/>
          <w:szCs w:val="24"/>
        </w:rPr>
      </w:pPr>
      <w:r w:rsidRPr="004915A7">
        <w:rPr>
          <w:rFonts w:ascii="Arial" w:hAnsi="Arial" w:cs="Arial"/>
          <w:sz w:val="24"/>
          <w:szCs w:val="24"/>
        </w:rPr>
        <w:t>Kindergarten through Grade Twelve: Strong Workforce Program</w:t>
      </w:r>
      <w:r w:rsidR="004915A7">
        <w:rPr>
          <w:rFonts w:ascii="Arial" w:hAnsi="Arial" w:cs="Arial"/>
          <w:sz w:val="24"/>
          <w:szCs w:val="24"/>
        </w:rPr>
        <w:t xml:space="preserve"> –</w:t>
      </w:r>
      <w:r w:rsidRPr="004915A7">
        <w:rPr>
          <w:rFonts w:ascii="Arial" w:hAnsi="Arial" w:cs="Arial"/>
          <w:sz w:val="24"/>
          <w:szCs w:val="24"/>
        </w:rPr>
        <w:t xml:space="preserve"> Round </w:t>
      </w:r>
      <w:r w:rsidR="00A70869">
        <w:rPr>
          <w:rFonts w:ascii="Arial" w:hAnsi="Arial" w:cs="Arial"/>
          <w:sz w:val="24"/>
          <w:szCs w:val="24"/>
        </w:rPr>
        <w:t xml:space="preserve">9 to be announced in </w:t>
      </w:r>
      <w:r w:rsidR="00A020F9">
        <w:rPr>
          <w:rFonts w:ascii="Arial" w:hAnsi="Arial" w:cs="Arial"/>
          <w:sz w:val="24"/>
          <w:szCs w:val="24"/>
        </w:rPr>
        <w:t>Winter 2026</w:t>
      </w:r>
      <w:r w:rsidR="004915A7">
        <w:rPr>
          <w:rFonts w:ascii="Arial" w:hAnsi="Arial" w:cs="Arial"/>
          <w:sz w:val="24"/>
          <w:szCs w:val="24"/>
        </w:rPr>
        <w:t xml:space="preserve"> – CCCCO</w:t>
      </w:r>
    </w:p>
    <w:p w14:paraId="54B6B881" w14:textId="77777777" w:rsidR="00894C98" w:rsidRPr="00894C98" w:rsidRDefault="00894C98" w:rsidP="00E76ED8">
      <w:pPr>
        <w:pStyle w:val="Heading2"/>
        <w:keepNext w:val="0"/>
        <w:keepLines w:val="0"/>
        <w:spacing w:before="240" w:after="240" w:line="240" w:lineRule="auto"/>
        <w:rPr>
          <w:rFonts w:ascii="Arial" w:eastAsia="Times New Roman" w:hAnsi="Arial" w:cs="Arial"/>
          <w:color w:val="auto"/>
          <w:sz w:val="28"/>
          <w:szCs w:val="28"/>
        </w:rPr>
      </w:pPr>
      <w:r w:rsidRPr="00894C98">
        <w:rPr>
          <w:rFonts w:ascii="Arial" w:eastAsia="Times New Roman" w:hAnsi="Arial" w:cs="Arial"/>
          <w:color w:val="auto"/>
          <w:sz w:val="28"/>
          <w:szCs w:val="28"/>
        </w:rPr>
        <w:t>Grantee Counts Broken Down by County</w:t>
      </w:r>
    </w:p>
    <w:tbl>
      <w:tblPr>
        <w:tblStyle w:val="TableGrid"/>
        <w:tblW w:w="0" w:type="auto"/>
        <w:jc w:val="center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  <w:tblDescription w:val="Grantee Counts Broken Down by County"/>
      </w:tblPr>
      <w:tblGrid>
        <w:gridCol w:w="2472"/>
        <w:gridCol w:w="2177"/>
        <w:gridCol w:w="2317"/>
      </w:tblGrid>
      <w:tr w:rsidR="00E55382" w:rsidRPr="007E7599" w14:paraId="50A2D1FF" w14:textId="77777777" w:rsidTr="00E76ED8">
        <w:trPr>
          <w:cantSplit/>
          <w:trHeight w:val="288"/>
          <w:tblHeader/>
          <w:jc w:val="center"/>
        </w:trPr>
        <w:tc>
          <w:tcPr>
            <w:tcW w:w="2472" w:type="dxa"/>
            <w:shd w:val="clear" w:color="auto" w:fill="D9D9D9" w:themeFill="background1" w:themeFillShade="D9"/>
            <w:vAlign w:val="center"/>
          </w:tcPr>
          <w:p w14:paraId="254091C1" w14:textId="6AB87C39" w:rsidR="00E55382" w:rsidRPr="00E76ED8" w:rsidRDefault="00EA2999" w:rsidP="00A60B4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6ED8">
              <w:rPr>
                <w:rFonts w:ascii="Arial" w:hAnsi="Arial" w:cs="Arial"/>
                <w:b/>
                <w:bCs/>
                <w:sz w:val="24"/>
                <w:szCs w:val="24"/>
              </w:rPr>
              <w:t>County</w:t>
            </w:r>
            <w:r w:rsidR="00C30375" w:rsidRPr="00E76E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76ED8">
              <w:rPr>
                <w:rFonts w:ascii="Arial" w:hAnsi="Arial" w:cs="Arial"/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14:paraId="39244CE4" w14:textId="7E699297" w:rsidR="00E55382" w:rsidRPr="00E76ED8" w:rsidRDefault="00EA2999" w:rsidP="00A60B4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6ED8">
              <w:rPr>
                <w:rFonts w:ascii="Arial" w:hAnsi="Arial" w:cs="Arial"/>
                <w:b/>
                <w:bCs/>
                <w:sz w:val="24"/>
                <w:szCs w:val="24"/>
              </w:rPr>
              <w:t>County</w:t>
            </w:r>
            <w:r w:rsidR="007E7599" w:rsidRPr="00E76E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Name</w:t>
            </w:r>
          </w:p>
        </w:tc>
        <w:tc>
          <w:tcPr>
            <w:tcW w:w="2317" w:type="dxa"/>
            <w:shd w:val="clear" w:color="auto" w:fill="D9D9D9" w:themeFill="background1" w:themeFillShade="D9"/>
            <w:vAlign w:val="center"/>
          </w:tcPr>
          <w:p w14:paraId="40A68E03" w14:textId="3BD33E71" w:rsidR="00E55382" w:rsidRPr="00E76ED8" w:rsidRDefault="007E7599" w:rsidP="00A60B4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6ED8">
              <w:rPr>
                <w:rFonts w:ascii="Arial" w:hAnsi="Arial" w:cs="Arial"/>
                <w:b/>
                <w:bCs/>
                <w:sz w:val="24"/>
                <w:szCs w:val="24"/>
              </w:rPr>
              <w:t>Grantee</w:t>
            </w:r>
            <w:r w:rsidR="00C30375" w:rsidRPr="00E76E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A2999" w:rsidRPr="00E76ED8">
              <w:rPr>
                <w:rFonts w:ascii="Arial" w:hAnsi="Arial" w:cs="Arial"/>
                <w:b/>
                <w:bCs/>
                <w:sz w:val="24"/>
                <w:szCs w:val="24"/>
              </w:rPr>
              <w:t>Count</w:t>
            </w:r>
          </w:p>
        </w:tc>
      </w:tr>
      <w:tr w:rsidR="00A020F9" w:rsidRPr="007E7599" w14:paraId="495F339D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115EF35D" w14:textId="662AAA62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77" w:type="dxa"/>
            <w:vAlign w:val="center"/>
          </w:tcPr>
          <w:p w14:paraId="02AAF475" w14:textId="1A58BE7D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Alameda</w:t>
            </w:r>
          </w:p>
        </w:tc>
        <w:tc>
          <w:tcPr>
            <w:tcW w:w="2317" w:type="dxa"/>
            <w:vAlign w:val="center"/>
          </w:tcPr>
          <w:p w14:paraId="7370CC6C" w14:textId="181180EC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</w:tr>
      <w:tr w:rsidR="00A020F9" w:rsidRPr="007E7599" w14:paraId="2BBC2290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2BB65A71" w14:textId="6F8AF392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77" w:type="dxa"/>
            <w:vAlign w:val="center"/>
          </w:tcPr>
          <w:p w14:paraId="0DB87653" w14:textId="1920B5DC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Alpine</w:t>
            </w:r>
          </w:p>
        </w:tc>
        <w:tc>
          <w:tcPr>
            <w:tcW w:w="2317" w:type="dxa"/>
            <w:vAlign w:val="center"/>
          </w:tcPr>
          <w:p w14:paraId="789FF663" w14:textId="31DF4320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A020F9" w:rsidRPr="007E7599" w14:paraId="3D339C0B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644BD97C" w14:textId="09830A80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77" w:type="dxa"/>
            <w:vAlign w:val="center"/>
          </w:tcPr>
          <w:p w14:paraId="4CE366E0" w14:textId="5D7A7F1A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Amador</w:t>
            </w:r>
          </w:p>
        </w:tc>
        <w:tc>
          <w:tcPr>
            <w:tcW w:w="2317" w:type="dxa"/>
            <w:vAlign w:val="center"/>
          </w:tcPr>
          <w:p w14:paraId="4AEE90BE" w14:textId="064C2719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A020F9" w:rsidRPr="007E7599" w14:paraId="04FC614A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7FF635B9" w14:textId="254F809B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77" w:type="dxa"/>
            <w:vAlign w:val="center"/>
          </w:tcPr>
          <w:p w14:paraId="2377F158" w14:textId="4B3473F7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Butte</w:t>
            </w:r>
          </w:p>
        </w:tc>
        <w:tc>
          <w:tcPr>
            <w:tcW w:w="2317" w:type="dxa"/>
            <w:vAlign w:val="center"/>
          </w:tcPr>
          <w:p w14:paraId="4B728F9D" w14:textId="74D2CA54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</w:tr>
      <w:tr w:rsidR="00A020F9" w:rsidRPr="007E7599" w14:paraId="468A7F9F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612D12E5" w14:textId="4E54BCD9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77" w:type="dxa"/>
            <w:vAlign w:val="center"/>
          </w:tcPr>
          <w:p w14:paraId="193AD22E" w14:textId="0C1FA0AF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Calaveras</w:t>
            </w:r>
          </w:p>
        </w:tc>
        <w:tc>
          <w:tcPr>
            <w:tcW w:w="2317" w:type="dxa"/>
            <w:vAlign w:val="center"/>
          </w:tcPr>
          <w:p w14:paraId="009DF346" w14:textId="7C55A8E7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A020F9" w:rsidRPr="007E7599" w14:paraId="316A7B62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4A4EE3A2" w14:textId="3E82C2CF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77" w:type="dxa"/>
            <w:vAlign w:val="center"/>
          </w:tcPr>
          <w:p w14:paraId="4F7FA03B" w14:textId="57DD333C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Colusa</w:t>
            </w:r>
          </w:p>
        </w:tc>
        <w:tc>
          <w:tcPr>
            <w:tcW w:w="2317" w:type="dxa"/>
            <w:vAlign w:val="center"/>
          </w:tcPr>
          <w:p w14:paraId="6E32E43A" w14:textId="0C857486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A020F9" w:rsidRPr="007E7599" w14:paraId="48078A57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5D0C313F" w14:textId="3A03989E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77" w:type="dxa"/>
            <w:vAlign w:val="center"/>
          </w:tcPr>
          <w:p w14:paraId="37CA2524" w14:textId="012FC4A9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Contra Costa</w:t>
            </w:r>
          </w:p>
        </w:tc>
        <w:tc>
          <w:tcPr>
            <w:tcW w:w="2317" w:type="dxa"/>
            <w:vAlign w:val="center"/>
          </w:tcPr>
          <w:p w14:paraId="60FF9517" w14:textId="0C6A7F6E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</w:tr>
      <w:tr w:rsidR="00A020F9" w:rsidRPr="007E7599" w14:paraId="76AD19FC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6DCC6EE6" w14:textId="67D7CE07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77" w:type="dxa"/>
            <w:vAlign w:val="center"/>
          </w:tcPr>
          <w:p w14:paraId="56C74E49" w14:textId="117E977A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Del Norte</w:t>
            </w:r>
          </w:p>
        </w:tc>
        <w:tc>
          <w:tcPr>
            <w:tcW w:w="2317" w:type="dxa"/>
            <w:vAlign w:val="center"/>
          </w:tcPr>
          <w:p w14:paraId="3713338B" w14:textId="6B48CDDD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A020F9" w:rsidRPr="007E7599" w14:paraId="14E5CC1E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69CAC51E" w14:textId="3EA60CE3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77" w:type="dxa"/>
            <w:vAlign w:val="center"/>
          </w:tcPr>
          <w:p w14:paraId="22F8F162" w14:textId="29744959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El Dorado</w:t>
            </w:r>
          </w:p>
        </w:tc>
        <w:tc>
          <w:tcPr>
            <w:tcW w:w="2317" w:type="dxa"/>
            <w:vAlign w:val="center"/>
          </w:tcPr>
          <w:p w14:paraId="4350FC24" w14:textId="3242B4AC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</w:tr>
      <w:tr w:rsidR="00A020F9" w:rsidRPr="007E7599" w14:paraId="6980FB74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4ED468F9" w14:textId="3289D3D4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77" w:type="dxa"/>
            <w:vAlign w:val="center"/>
          </w:tcPr>
          <w:p w14:paraId="45CBFCA3" w14:textId="75507A2D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Fresno</w:t>
            </w:r>
          </w:p>
        </w:tc>
        <w:tc>
          <w:tcPr>
            <w:tcW w:w="2317" w:type="dxa"/>
            <w:vAlign w:val="center"/>
          </w:tcPr>
          <w:p w14:paraId="3DA7CD6F" w14:textId="6B5C479F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</w:tr>
      <w:tr w:rsidR="00A020F9" w:rsidRPr="007E7599" w14:paraId="7C4706FB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143B9312" w14:textId="53F9D918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77" w:type="dxa"/>
            <w:vAlign w:val="center"/>
          </w:tcPr>
          <w:p w14:paraId="4C85CBAA" w14:textId="2E31160F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Glenn</w:t>
            </w:r>
          </w:p>
        </w:tc>
        <w:tc>
          <w:tcPr>
            <w:tcW w:w="2317" w:type="dxa"/>
            <w:vAlign w:val="center"/>
          </w:tcPr>
          <w:p w14:paraId="43E32674" w14:textId="188B29A3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</w:tr>
      <w:tr w:rsidR="00A020F9" w:rsidRPr="007E7599" w14:paraId="43A29ECA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4BE3B907" w14:textId="1422C685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77" w:type="dxa"/>
            <w:vAlign w:val="center"/>
          </w:tcPr>
          <w:p w14:paraId="7A3E2678" w14:textId="031993EA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Humboldt</w:t>
            </w:r>
          </w:p>
        </w:tc>
        <w:tc>
          <w:tcPr>
            <w:tcW w:w="2317" w:type="dxa"/>
            <w:vAlign w:val="center"/>
          </w:tcPr>
          <w:p w14:paraId="3D56BD22" w14:textId="0F892D19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</w:tr>
      <w:tr w:rsidR="00A020F9" w:rsidRPr="007E7599" w14:paraId="194E1A6B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50B27244" w14:textId="6B4B35C9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77" w:type="dxa"/>
            <w:vAlign w:val="center"/>
          </w:tcPr>
          <w:p w14:paraId="68D66E19" w14:textId="2C35D2A2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Imperial</w:t>
            </w:r>
          </w:p>
        </w:tc>
        <w:tc>
          <w:tcPr>
            <w:tcW w:w="2317" w:type="dxa"/>
            <w:vAlign w:val="center"/>
          </w:tcPr>
          <w:p w14:paraId="054A954B" w14:textId="19AA45BE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</w:tr>
      <w:tr w:rsidR="00A020F9" w:rsidRPr="007E7599" w14:paraId="1EB3CC8A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645828E0" w14:textId="70A2169A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77" w:type="dxa"/>
            <w:vAlign w:val="center"/>
          </w:tcPr>
          <w:p w14:paraId="25250772" w14:textId="5592EE61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Inyo</w:t>
            </w:r>
          </w:p>
        </w:tc>
        <w:tc>
          <w:tcPr>
            <w:tcW w:w="2317" w:type="dxa"/>
            <w:vAlign w:val="center"/>
          </w:tcPr>
          <w:p w14:paraId="189B73BD" w14:textId="450914EC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A020F9" w:rsidRPr="007E7599" w14:paraId="51840244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72BA8A6B" w14:textId="794AE14D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77" w:type="dxa"/>
            <w:vAlign w:val="center"/>
          </w:tcPr>
          <w:p w14:paraId="795D253A" w14:textId="7844F368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Kern</w:t>
            </w:r>
          </w:p>
        </w:tc>
        <w:tc>
          <w:tcPr>
            <w:tcW w:w="2317" w:type="dxa"/>
            <w:vAlign w:val="center"/>
          </w:tcPr>
          <w:p w14:paraId="056A13BE" w14:textId="51964B66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</w:tr>
      <w:tr w:rsidR="00A020F9" w:rsidRPr="007E7599" w14:paraId="0C7F3B55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5057C4EB" w14:textId="1C576E68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77" w:type="dxa"/>
            <w:vAlign w:val="center"/>
          </w:tcPr>
          <w:p w14:paraId="522A3985" w14:textId="08DA5873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Kings</w:t>
            </w:r>
          </w:p>
        </w:tc>
        <w:tc>
          <w:tcPr>
            <w:tcW w:w="2317" w:type="dxa"/>
            <w:vAlign w:val="center"/>
          </w:tcPr>
          <w:p w14:paraId="38ED8E77" w14:textId="36390A61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A020F9" w:rsidRPr="007E7599" w14:paraId="06989294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0813E607" w14:textId="289510D0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77" w:type="dxa"/>
            <w:vAlign w:val="center"/>
          </w:tcPr>
          <w:p w14:paraId="7E6C4C38" w14:textId="58E8EDAC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Lake</w:t>
            </w:r>
          </w:p>
        </w:tc>
        <w:tc>
          <w:tcPr>
            <w:tcW w:w="2317" w:type="dxa"/>
            <w:vAlign w:val="center"/>
          </w:tcPr>
          <w:p w14:paraId="1BB4EA98" w14:textId="4DD62A26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A020F9" w:rsidRPr="007E7599" w14:paraId="0BB361C5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263BE493" w14:textId="44536618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77" w:type="dxa"/>
            <w:vAlign w:val="center"/>
          </w:tcPr>
          <w:p w14:paraId="62BCA6B4" w14:textId="30BA17AD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Lassen</w:t>
            </w:r>
          </w:p>
        </w:tc>
        <w:tc>
          <w:tcPr>
            <w:tcW w:w="2317" w:type="dxa"/>
            <w:vAlign w:val="center"/>
          </w:tcPr>
          <w:p w14:paraId="7A543648" w14:textId="078A30AF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A020F9" w:rsidRPr="007E7599" w14:paraId="72518D47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7BBA6E8C" w14:textId="7EA72088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77" w:type="dxa"/>
            <w:vAlign w:val="center"/>
          </w:tcPr>
          <w:p w14:paraId="3A2FE29A" w14:textId="1DDBD6EC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Los Angeles</w:t>
            </w:r>
          </w:p>
        </w:tc>
        <w:tc>
          <w:tcPr>
            <w:tcW w:w="2317" w:type="dxa"/>
            <w:vAlign w:val="center"/>
          </w:tcPr>
          <w:p w14:paraId="5A14FD98" w14:textId="08FA41A7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81</w:t>
            </w:r>
          </w:p>
        </w:tc>
      </w:tr>
      <w:tr w:rsidR="00A020F9" w:rsidRPr="007E7599" w14:paraId="001CA4B5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3DA5CD8F" w14:textId="5E0E016C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77" w:type="dxa"/>
            <w:vAlign w:val="center"/>
          </w:tcPr>
          <w:p w14:paraId="1CCBCF07" w14:textId="36D548B9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Madera</w:t>
            </w:r>
          </w:p>
        </w:tc>
        <w:tc>
          <w:tcPr>
            <w:tcW w:w="2317" w:type="dxa"/>
            <w:vAlign w:val="center"/>
          </w:tcPr>
          <w:p w14:paraId="51D1FE7B" w14:textId="3B9FFCFF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</w:tr>
      <w:tr w:rsidR="00A020F9" w:rsidRPr="007E7599" w14:paraId="04DD807E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65E75612" w14:textId="00CC1BFB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77" w:type="dxa"/>
            <w:vAlign w:val="center"/>
          </w:tcPr>
          <w:p w14:paraId="76DDD1B8" w14:textId="6AED5783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Marin</w:t>
            </w:r>
          </w:p>
        </w:tc>
        <w:tc>
          <w:tcPr>
            <w:tcW w:w="2317" w:type="dxa"/>
            <w:vAlign w:val="center"/>
          </w:tcPr>
          <w:p w14:paraId="36C37EA0" w14:textId="61D8381D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A020F9" w:rsidRPr="007E7599" w14:paraId="56F358E4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40971660" w14:textId="3DB68A72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77" w:type="dxa"/>
            <w:vAlign w:val="center"/>
          </w:tcPr>
          <w:p w14:paraId="7F4227FA" w14:textId="16B2C49F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Mariposa</w:t>
            </w:r>
          </w:p>
        </w:tc>
        <w:tc>
          <w:tcPr>
            <w:tcW w:w="2317" w:type="dxa"/>
            <w:vAlign w:val="center"/>
          </w:tcPr>
          <w:p w14:paraId="2804B07C" w14:textId="6E5AAEF9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A020F9" w:rsidRPr="007E7599" w14:paraId="0BCECD82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50A6067B" w14:textId="5D017E35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77" w:type="dxa"/>
            <w:vAlign w:val="center"/>
          </w:tcPr>
          <w:p w14:paraId="0C538CDB" w14:textId="2CB81773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Mendocino</w:t>
            </w:r>
          </w:p>
        </w:tc>
        <w:tc>
          <w:tcPr>
            <w:tcW w:w="2317" w:type="dxa"/>
            <w:vAlign w:val="center"/>
          </w:tcPr>
          <w:p w14:paraId="7C4F5DCF" w14:textId="17933328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A020F9" w:rsidRPr="007E7599" w14:paraId="55587990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17AE98B8" w14:textId="7341761D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77" w:type="dxa"/>
            <w:vAlign w:val="center"/>
          </w:tcPr>
          <w:p w14:paraId="20258FEE" w14:textId="5BB15461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Merced</w:t>
            </w:r>
          </w:p>
        </w:tc>
        <w:tc>
          <w:tcPr>
            <w:tcW w:w="2317" w:type="dxa"/>
            <w:vAlign w:val="center"/>
          </w:tcPr>
          <w:p w14:paraId="5C0F6311" w14:textId="1D2CB6D3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A020F9" w:rsidRPr="007E7599" w14:paraId="3AC5628D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3E3C62DA" w14:textId="43B9492F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77" w:type="dxa"/>
            <w:vAlign w:val="center"/>
          </w:tcPr>
          <w:p w14:paraId="2DA9215C" w14:textId="554794AB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Modoc</w:t>
            </w:r>
          </w:p>
        </w:tc>
        <w:tc>
          <w:tcPr>
            <w:tcW w:w="2317" w:type="dxa"/>
            <w:vAlign w:val="center"/>
          </w:tcPr>
          <w:p w14:paraId="4C7189EF" w14:textId="68BB2AFA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A020F9" w:rsidRPr="007E7599" w14:paraId="6E552A53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00ACB91A" w14:textId="340F45E3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177" w:type="dxa"/>
            <w:vAlign w:val="center"/>
          </w:tcPr>
          <w:p w14:paraId="7D45BDBC" w14:textId="0D583F2C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Mono</w:t>
            </w:r>
          </w:p>
        </w:tc>
        <w:tc>
          <w:tcPr>
            <w:tcW w:w="2317" w:type="dxa"/>
            <w:vAlign w:val="center"/>
          </w:tcPr>
          <w:p w14:paraId="778CC457" w14:textId="701AB605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A020F9" w:rsidRPr="007E7599" w14:paraId="3DBEA4FD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41629510" w14:textId="7E5994CA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77" w:type="dxa"/>
            <w:vAlign w:val="center"/>
          </w:tcPr>
          <w:p w14:paraId="7DFD587B" w14:textId="258515C4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Monterey</w:t>
            </w:r>
          </w:p>
        </w:tc>
        <w:tc>
          <w:tcPr>
            <w:tcW w:w="2317" w:type="dxa"/>
            <w:vAlign w:val="center"/>
          </w:tcPr>
          <w:p w14:paraId="7B38666F" w14:textId="1B55F226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A020F9" w:rsidRPr="007E7599" w14:paraId="44F37F4A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55CC50B4" w14:textId="276FE639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77" w:type="dxa"/>
            <w:vAlign w:val="center"/>
          </w:tcPr>
          <w:p w14:paraId="1A40FE95" w14:textId="482467AD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Napa</w:t>
            </w:r>
          </w:p>
        </w:tc>
        <w:tc>
          <w:tcPr>
            <w:tcW w:w="2317" w:type="dxa"/>
            <w:vAlign w:val="center"/>
          </w:tcPr>
          <w:p w14:paraId="4A7350E7" w14:textId="16274B49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A020F9" w:rsidRPr="007E7599" w14:paraId="03062163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4C671DC3" w14:textId="542B002A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77" w:type="dxa"/>
            <w:vAlign w:val="center"/>
          </w:tcPr>
          <w:p w14:paraId="2AEDA08D" w14:textId="20E957DB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Nevada</w:t>
            </w:r>
          </w:p>
        </w:tc>
        <w:tc>
          <w:tcPr>
            <w:tcW w:w="2317" w:type="dxa"/>
            <w:vAlign w:val="center"/>
          </w:tcPr>
          <w:p w14:paraId="79350B79" w14:textId="42D3FEC9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A020F9" w:rsidRPr="007E7599" w14:paraId="3F3A7EFB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1D3B9355" w14:textId="56F156D6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77" w:type="dxa"/>
            <w:vAlign w:val="center"/>
          </w:tcPr>
          <w:p w14:paraId="118FD87C" w14:textId="3F56CA8B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Orange</w:t>
            </w:r>
          </w:p>
        </w:tc>
        <w:tc>
          <w:tcPr>
            <w:tcW w:w="2317" w:type="dxa"/>
            <w:vAlign w:val="center"/>
          </w:tcPr>
          <w:p w14:paraId="5670C4CB" w14:textId="792313EA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</w:p>
        </w:tc>
      </w:tr>
      <w:tr w:rsidR="00A020F9" w:rsidRPr="007E7599" w14:paraId="30F97EBA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422637DA" w14:textId="497D2593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177" w:type="dxa"/>
            <w:vAlign w:val="center"/>
          </w:tcPr>
          <w:p w14:paraId="4F3989C6" w14:textId="5827F5C5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Placer</w:t>
            </w:r>
          </w:p>
        </w:tc>
        <w:tc>
          <w:tcPr>
            <w:tcW w:w="2317" w:type="dxa"/>
            <w:vAlign w:val="center"/>
          </w:tcPr>
          <w:p w14:paraId="6D675A20" w14:textId="47D81090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A020F9" w:rsidRPr="007E7599" w14:paraId="55007D26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6E7F7E35" w14:textId="6F37D185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77" w:type="dxa"/>
            <w:vAlign w:val="center"/>
          </w:tcPr>
          <w:p w14:paraId="2C19B2E3" w14:textId="4D01D7BA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Plumas</w:t>
            </w:r>
          </w:p>
        </w:tc>
        <w:tc>
          <w:tcPr>
            <w:tcW w:w="2317" w:type="dxa"/>
            <w:vAlign w:val="center"/>
          </w:tcPr>
          <w:p w14:paraId="70F07D36" w14:textId="3E8ABD54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A020F9" w:rsidRPr="007E7599" w14:paraId="2EA15F78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0ECDF073" w14:textId="42D7879B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77" w:type="dxa"/>
            <w:vAlign w:val="center"/>
          </w:tcPr>
          <w:p w14:paraId="0D8E36DC" w14:textId="23EA5369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Riverside</w:t>
            </w:r>
          </w:p>
        </w:tc>
        <w:tc>
          <w:tcPr>
            <w:tcW w:w="2317" w:type="dxa"/>
            <w:vAlign w:val="center"/>
          </w:tcPr>
          <w:p w14:paraId="23DB498D" w14:textId="50683311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</w:tr>
      <w:tr w:rsidR="00A020F9" w:rsidRPr="007E7599" w14:paraId="736C15FC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7FD84FBD" w14:textId="542C908A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77" w:type="dxa"/>
            <w:vAlign w:val="center"/>
          </w:tcPr>
          <w:p w14:paraId="2877FB00" w14:textId="5F71E936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Sacramento</w:t>
            </w:r>
          </w:p>
        </w:tc>
        <w:tc>
          <w:tcPr>
            <w:tcW w:w="2317" w:type="dxa"/>
            <w:vAlign w:val="center"/>
          </w:tcPr>
          <w:p w14:paraId="1DE4F3DD" w14:textId="70843AB0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</w:tr>
      <w:tr w:rsidR="00A020F9" w:rsidRPr="007E7599" w14:paraId="14724423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1494674D" w14:textId="0A5E0232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177" w:type="dxa"/>
            <w:vAlign w:val="center"/>
          </w:tcPr>
          <w:p w14:paraId="1C4BA71A" w14:textId="79612BE1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San Benito</w:t>
            </w:r>
          </w:p>
        </w:tc>
        <w:tc>
          <w:tcPr>
            <w:tcW w:w="2317" w:type="dxa"/>
            <w:vAlign w:val="center"/>
          </w:tcPr>
          <w:p w14:paraId="1D5657C8" w14:textId="057D79FE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A020F9" w:rsidRPr="007E7599" w14:paraId="68604890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7EACBA31" w14:textId="40C3F422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177" w:type="dxa"/>
            <w:vAlign w:val="center"/>
          </w:tcPr>
          <w:p w14:paraId="436FF4F1" w14:textId="2D5DF223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San Bernardino</w:t>
            </w:r>
          </w:p>
        </w:tc>
        <w:tc>
          <w:tcPr>
            <w:tcW w:w="2317" w:type="dxa"/>
            <w:vAlign w:val="center"/>
          </w:tcPr>
          <w:p w14:paraId="3914A73B" w14:textId="24762404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34</w:t>
            </w:r>
          </w:p>
        </w:tc>
      </w:tr>
      <w:tr w:rsidR="00A020F9" w:rsidRPr="007E7599" w14:paraId="08A28BCE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50CCBD1D" w14:textId="206F1BEF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177" w:type="dxa"/>
            <w:vAlign w:val="center"/>
          </w:tcPr>
          <w:p w14:paraId="597FE497" w14:textId="53DD12BD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San Diego</w:t>
            </w:r>
          </w:p>
        </w:tc>
        <w:tc>
          <w:tcPr>
            <w:tcW w:w="2317" w:type="dxa"/>
            <w:vAlign w:val="center"/>
          </w:tcPr>
          <w:p w14:paraId="1A7153A4" w14:textId="112F8D0C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</w:tr>
      <w:tr w:rsidR="00A020F9" w:rsidRPr="007E7599" w14:paraId="6765C7B1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5EDA0D6A" w14:textId="64B0C4C8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177" w:type="dxa"/>
            <w:vAlign w:val="center"/>
          </w:tcPr>
          <w:p w14:paraId="6E418275" w14:textId="216EDB44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San Francisco</w:t>
            </w:r>
          </w:p>
        </w:tc>
        <w:tc>
          <w:tcPr>
            <w:tcW w:w="2317" w:type="dxa"/>
            <w:vAlign w:val="center"/>
          </w:tcPr>
          <w:p w14:paraId="6236B25F" w14:textId="583CD79E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A020F9" w:rsidRPr="007E7599" w14:paraId="682EA536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1E22BD29" w14:textId="0276E6B6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177" w:type="dxa"/>
            <w:vAlign w:val="center"/>
          </w:tcPr>
          <w:p w14:paraId="35BF802C" w14:textId="37CAAF46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San Joaquin</w:t>
            </w:r>
          </w:p>
        </w:tc>
        <w:tc>
          <w:tcPr>
            <w:tcW w:w="2317" w:type="dxa"/>
            <w:vAlign w:val="center"/>
          </w:tcPr>
          <w:p w14:paraId="0EA4ED42" w14:textId="6C0E8805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</w:tr>
      <w:tr w:rsidR="00A020F9" w:rsidRPr="007E7599" w14:paraId="3DB2D80D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6084F736" w14:textId="01D62B28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77" w:type="dxa"/>
            <w:vAlign w:val="center"/>
          </w:tcPr>
          <w:p w14:paraId="680CB05A" w14:textId="59E5BA03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San Luis Obispo</w:t>
            </w:r>
          </w:p>
        </w:tc>
        <w:tc>
          <w:tcPr>
            <w:tcW w:w="2317" w:type="dxa"/>
            <w:vAlign w:val="center"/>
          </w:tcPr>
          <w:p w14:paraId="49D64F73" w14:textId="622B7206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</w:tr>
      <w:tr w:rsidR="00A020F9" w:rsidRPr="007E7599" w14:paraId="762EF7B3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11174C6F" w14:textId="2EFB11AE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177" w:type="dxa"/>
            <w:vAlign w:val="center"/>
          </w:tcPr>
          <w:p w14:paraId="45DBEC68" w14:textId="2A17588A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San Mateo</w:t>
            </w:r>
          </w:p>
        </w:tc>
        <w:tc>
          <w:tcPr>
            <w:tcW w:w="2317" w:type="dxa"/>
            <w:vAlign w:val="center"/>
          </w:tcPr>
          <w:p w14:paraId="21092075" w14:textId="5CFBF010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A020F9" w:rsidRPr="007E7599" w14:paraId="106F4127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02E18E02" w14:textId="48C94025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177" w:type="dxa"/>
            <w:vAlign w:val="center"/>
          </w:tcPr>
          <w:p w14:paraId="22119F7F" w14:textId="26A88596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Santa Barbara</w:t>
            </w:r>
          </w:p>
        </w:tc>
        <w:tc>
          <w:tcPr>
            <w:tcW w:w="2317" w:type="dxa"/>
            <w:vAlign w:val="center"/>
          </w:tcPr>
          <w:p w14:paraId="19208A88" w14:textId="34C6011B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A020F9" w:rsidRPr="007E7599" w14:paraId="53884CC2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17231C0F" w14:textId="4B531BD4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177" w:type="dxa"/>
            <w:vAlign w:val="center"/>
          </w:tcPr>
          <w:p w14:paraId="38F82957" w14:textId="3C7F4DD2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Santa Clara</w:t>
            </w:r>
          </w:p>
        </w:tc>
        <w:tc>
          <w:tcPr>
            <w:tcW w:w="2317" w:type="dxa"/>
            <w:vAlign w:val="center"/>
          </w:tcPr>
          <w:p w14:paraId="2356C9CC" w14:textId="7AD3DD4C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</w:tr>
      <w:tr w:rsidR="00A020F9" w:rsidRPr="007E7599" w14:paraId="1693F2DD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2EF58A6A" w14:textId="4FE7F18D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177" w:type="dxa"/>
            <w:vAlign w:val="center"/>
          </w:tcPr>
          <w:p w14:paraId="1CCBD97B" w14:textId="491D51B8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Santa Cruz</w:t>
            </w:r>
          </w:p>
        </w:tc>
        <w:tc>
          <w:tcPr>
            <w:tcW w:w="2317" w:type="dxa"/>
            <w:vAlign w:val="center"/>
          </w:tcPr>
          <w:p w14:paraId="5362F669" w14:textId="75763752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A020F9" w:rsidRPr="007E7599" w14:paraId="505C44E6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44D8BE29" w14:textId="3B34D229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177" w:type="dxa"/>
            <w:vAlign w:val="center"/>
          </w:tcPr>
          <w:p w14:paraId="4A03F55F" w14:textId="6A54DC57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Shasta</w:t>
            </w:r>
          </w:p>
        </w:tc>
        <w:tc>
          <w:tcPr>
            <w:tcW w:w="2317" w:type="dxa"/>
            <w:vAlign w:val="center"/>
          </w:tcPr>
          <w:p w14:paraId="14E92C7C" w14:textId="15913411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</w:tr>
      <w:tr w:rsidR="00A020F9" w:rsidRPr="007E7599" w14:paraId="60241EC2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7ECBF9B4" w14:textId="23C57471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177" w:type="dxa"/>
            <w:vAlign w:val="center"/>
          </w:tcPr>
          <w:p w14:paraId="72375989" w14:textId="47574FC7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Sierra</w:t>
            </w:r>
          </w:p>
        </w:tc>
        <w:tc>
          <w:tcPr>
            <w:tcW w:w="2317" w:type="dxa"/>
            <w:vAlign w:val="center"/>
          </w:tcPr>
          <w:p w14:paraId="5072D361" w14:textId="3AD7978E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A020F9" w:rsidRPr="007E7599" w14:paraId="6FB6C6DE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64BCCF3E" w14:textId="0F0FA8ED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177" w:type="dxa"/>
            <w:vAlign w:val="center"/>
          </w:tcPr>
          <w:p w14:paraId="3A676467" w14:textId="606E21B1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Siskiyou</w:t>
            </w:r>
          </w:p>
        </w:tc>
        <w:tc>
          <w:tcPr>
            <w:tcW w:w="2317" w:type="dxa"/>
            <w:vAlign w:val="center"/>
          </w:tcPr>
          <w:p w14:paraId="2B8385F5" w14:textId="74E23AD5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A020F9" w:rsidRPr="007E7599" w14:paraId="5ADE8EFC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51F81BB2" w14:textId="353E1516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77" w:type="dxa"/>
            <w:vAlign w:val="center"/>
          </w:tcPr>
          <w:p w14:paraId="364B6EFB" w14:textId="1FE7F7AC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Solano</w:t>
            </w:r>
          </w:p>
        </w:tc>
        <w:tc>
          <w:tcPr>
            <w:tcW w:w="2317" w:type="dxa"/>
            <w:vAlign w:val="center"/>
          </w:tcPr>
          <w:p w14:paraId="06ED5B91" w14:textId="45E56FCE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A020F9" w:rsidRPr="007E7599" w14:paraId="5E3B665B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27203410" w14:textId="0E2D497A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177" w:type="dxa"/>
            <w:vAlign w:val="center"/>
          </w:tcPr>
          <w:p w14:paraId="197A0D7A" w14:textId="18132D69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Sonoma</w:t>
            </w:r>
          </w:p>
        </w:tc>
        <w:tc>
          <w:tcPr>
            <w:tcW w:w="2317" w:type="dxa"/>
            <w:vAlign w:val="center"/>
          </w:tcPr>
          <w:p w14:paraId="7A63B59E" w14:textId="51903288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</w:tr>
      <w:tr w:rsidR="00A020F9" w:rsidRPr="007E7599" w14:paraId="32C9560A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27D2A9EB" w14:textId="35C088E2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77" w:type="dxa"/>
            <w:vAlign w:val="center"/>
          </w:tcPr>
          <w:p w14:paraId="57CD75AF" w14:textId="383FD0BF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Stanislaus</w:t>
            </w:r>
          </w:p>
        </w:tc>
        <w:tc>
          <w:tcPr>
            <w:tcW w:w="2317" w:type="dxa"/>
            <w:vAlign w:val="center"/>
          </w:tcPr>
          <w:p w14:paraId="0028A833" w14:textId="13FB3375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</w:tr>
      <w:tr w:rsidR="00A020F9" w:rsidRPr="007E7599" w14:paraId="783B9D71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70F6893C" w14:textId="2586EC34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177" w:type="dxa"/>
            <w:vAlign w:val="center"/>
          </w:tcPr>
          <w:p w14:paraId="3CFBB596" w14:textId="25DBBDC2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Sutter</w:t>
            </w:r>
          </w:p>
        </w:tc>
        <w:tc>
          <w:tcPr>
            <w:tcW w:w="2317" w:type="dxa"/>
            <w:vAlign w:val="center"/>
          </w:tcPr>
          <w:p w14:paraId="1F721FD3" w14:textId="2791CB70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A020F9" w:rsidRPr="007E7599" w14:paraId="5C9D217D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2213F64F" w14:textId="02A49C9A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177" w:type="dxa"/>
            <w:vAlign w:val="center"/>
          </w:tcPr>
          <w:p w14:paraId="72DCEAB8" w14:textId="432DDDA3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Tehama</w:t>
            </w:r>
          </w:p>
        </w:tc>
        <w:tc>
          <w:tcPr>
            <w:tcW w:w="2317" w:type="dxa"/>
            <w:vAlign w:val="center"/>
          </w:tcPr>
          <w:p w14:paraId="202593A0" w14:textId="7C357BA4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A020F9" w:rsidRPr="007E7599" w14:paraId="342CC9E5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131A9360" w14:textId="529522A5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177" w:type="dxa"/>
            <w:vAlign w:val="center"/>
          </w:tcPr>
          <w:p w14:paraId="7D9490FB" w14:textId="5E3BDC24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Trinity</w:t>
            </w:r>
          </w:p>
        </w:tc>
        <w:tc>
          <w:tcPr>
            <w:tcW w:w="2317" w:type="dxa"/>
            <w:vAlign w:val="center"/>
          </w:tcPr>
          <w:p w14:paraId="478AD57C" w14:textId="7AF70DF1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A020F9" w:rsidRPr="007E7599" w14:paraId="642B0E80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354A137C" w14:textId="68D627F6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177" w:type="dxa"/>
            <w:vAlign w:val="center"/>
          </w:tcPr>
          <w:p w14:paraId="75DA45D9" w14:textId="6337C62A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Tulare</w:t>
            </w:r>
          </w:p>
        </w:tc>
        <w:tc>
          <w:tcPr>
            <w:tcW w:w="2317" w:type="dxa"/>
            <w:vAlign w:val="center"/>
          </w:tcPr>
          <w:p w14:paraId="51B692D0" w14:textId="16F9F211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</w:tr>
      <w:tr w:rsidR="00A020F9" w:rsidRPr="007E7599" w14:paraId="33843A5C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62D835A4" w14:textId="5479ABC0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177" w:type="dxa"/>
            <w:vAlign w:val="center"/>
          </w:tcPr>
          <w:p w14:paraId="1B8EB90F" w14:textId="64D01F70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Tuolumne</w:t>
            </w:r>
          </w:p>
        </w:tc>
        <w:tc>
          <w:tcPr>
            <w:tcW w:w="2317" w:type="dxa"/>
            <w:vAlign w:val="center"/>
          </w:tcPr>
          <w:p w14:paraId="4D5E3E2E" w14:textId="4B16B3E3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A020F9" w:rsidRPr="007E7599" w14:paraId="7195767F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72BFB87B" w14:textId="3309FEA6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177" w:type="dxa"/>
            <w:vAlign w:val="center"/>
          </w:tcPr>
          <w:p w14:paraId="40153773" w14:textId="04C773E1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Ventura</w:t>
            </w:r>
          </w:p>
        </w:tc>
        <w:tc>
          <w:tcPr>
            <w:tcW w:w="2317" w:type="dxa"/>
            <w:vAlign w:val="center"/>
          </w:tcPr>
          <w:p w14:paraId="08FD1EDB" w14:textId="2BB900A3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</w:tr>
      <w:tr w:rsidR="00A020F9" w:rsidRPr="007E7599" w14:paraId="1B687165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0DEFD628" w14:textId="682E43B9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177" w:type="dxa"/>
            <w:vAlign w:val="center"/>
          </w:tcPr>
          <w:p w14:paraId="44F78549" w14:textId="72D178B7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Yolo</w:t>
            </w:r>
          </w:p>
        </w:tc>
        <w:tc>
          <w:tcPr>
            <w:tcW w:w="2317" w:type="dxa"/>
            <w:vAlign w:val="center"/>
          </w:tcPr>
          <w:p w14:paraId="66C129AB" w14:textId="49166B8D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A020F9" w:rsidRPr="007E7599" w14:paraId="470DC44E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10D2F53A" w14:textId="45BB4F90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177" w:type="dxa"/>
            <w:vAlign w:val="center"/>
          </w:tcPr>
          <w:p w14:paraId="08167B21" w14:textId="0D862442" w:rsidR="00A020F9" w:rsidRPr="00A020F9" w:rsidRDefault="00A020F9" w:rsidP="00A020F9">
            <w:pPr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Yuba</w:t>
            </w:r>
          </w:p>
        </w:tc>
        <w:tc>
          <w:tcPr>
            <w:tcW w:w="2317" w:type="dxa"/>
            <w:vAlign w:val="center"/>
          </w:tcPr>
          <w:p w14:paraId="617E5849" w14:textId="4EB79D6B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20F9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A020F9" w:rsidRPr="007E7599" w14:paraId="3F53113A" w14:textId="77777777" w:rsidTr="00E76ED8">
        <w:trPr>
          <w:cantSplit/>
          <w:trHeight w:val="288"/>
          <w:jc w:val="center"/>
        </w:trPr>
        <w:tc>
          <w:tcPr>
            <w:tcW w:w="2472" w:type="dxa"/>
            <w:vAlign w:val="center"/>
          </w:tcPr>
          <w:p w14:paraId="562DC240" w14:textId="4821E608" w:rsidR="00A020F9" w:rsidRPr="00A020F9" w:rsidRDefault="00A020F9" w:rsidP="00A020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348200D2" w14:textId="3D4FF84B" w:rsidR="00A020F9" w:rsidRPr="00A020F9" w:rsidRDefault="00A020F9" w:rsidP="00A020F9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020F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317" w:type="dxa"/>
            <w:vAlign w:val="center"/>
          </w:tcPr>
          <w:p w14:paraId="7A663D85" w14:textId="3C5E4DB1" w:rsidR="00A020F9" w:rsidRPr="00A020F9" w:rsidRDefault="00A020F9" w:rsidP="00A020F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020F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631</w:t>
            </w:r>
          </w:p>
        </w:tc>
      </w:tr>
    </w:tbl>
    <w:p w14:paraId="7630D1BA" w14:textId="5C40A0EC" w:rsidR="00EA2999" w:rsidRDefault="00EA2999" w:rsidP="00A60B4A">
      <w:pPr>
        <w:spacing w:line="240" w:lineRule="auto"/>
        <w:rPr>
          <w:rFonts w:ascii="Arial" w:hAnsi="Arial" w:cs="Arial"/>
          <w:sz w:val="24"/>
          <w:szCs w:val="24"/>
        </w:rPr>
      </w:pPr>
    </w:p>
    <w:p w14:paraId="006659B2" w14:textId="517ACCAC" w:rsidR="00175B9C" w:rsidRPr="007E7599" w:rsidRDefault="00175B9C" w:rsidP="00A60B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Posted by: California Department of Education – September 2026</w:t>
      </w:r>
    </w:p>
    <w:sectPr w:rsidR="00175B9C" w:rsidRPr="007E7599" w:rsidSect="004915A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FA888" w14:textId="77777777" w:rsidR="00470C0E" w:rsidRDefault="00470C0E" w:rsidP="00C30375">
      <w:pPr>
        <w:spacing w:after="0" w:line="240" w:lineRule="auto"/>
      </w:pPr>
      <w:r>
        <w:separator/>
      </w:r>
    </w:p>
  </w:endnote>
  <w:endnote w:type="continuationSeparator" w:id="0">
    <w:p w14:paraId="3E46753C" w14:textId="77777777" w:rsidR="00470C0E" w:rsidRDefault="00470C0E" w:rsidP="00C30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6B6AB" w14:textId="77777777" w:rsidR="00470C0E" w:rsidRDefault="00470C0E" w:rsidP="00C30375">
      <w:pPr>
        <w:spacing w:after="0" w:line="240" w:lineRule="auto"/>
      </w:pPr>
      <w:r>
        <w:separator/>
      </w:r>
    </w:p>
  </w:footnote>
  <w:footnote w:type="continuationSeparator" w:id="0">
    <w:p w14:paraId="6D6FD9C2" w14:textId="77777777" w:rsidR="00470C0E" w:rsidRDefault="00470C0E" w:rsidP="00C30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98381352"/>
      <w:docPartObj>
        <w:docPartGallery w:val="Page Numbers (Top of Page)"/>
        <w:docPartUnique/>
      </w:docPartObj>
    </w:sdtPr>
    <w:sdtContent>
      <w:p w14:paraId="3BEAEF0E" w14:textId="3981060C" w:rsidR="00C30375" w:rsidRPr="00223EE6" w:rsidRDefault="00C30375" w:rsidP="00C30375">
        <w:pPr>
          <w:pStyle w:val="Header"/>
          <w:jc w:val="right"/>
          <w:rPr>
            <w:rFonts w:ascii="Arial" w:hAnsi="Arial" w:cs="Arial"/>
          </w:rPr>
        </w:pPr>
        <w:r w:rsidRPr="00223EE6">
          <w:rPr>
            <w:rFonts w:ascii="Arial" w:hAnsi="Arial" w:cs="Arial"/>
          </w:rPr>
          <w:t>cwpjac-</w:t>
        </w:r>
        <w:r w:rsidR="00A020F9">
          <w:rPr>
            <w:rFonts w:ascii="Arial" w:hAnsi="Arial" w:cs="Arial"/>
          </w:rPr>
          <w:t>sep</w:t>
        </w:r>
        <w:r w:rsidR="00C8324F">
          <w:rPr>
            <w:rFonts w:ascii="Arial" w:hAnsi="Arial" w:cs="Arial"/>
          </w:rPr>
          <w:t>2</w:t>
        </w:r>
        <w:r w:rsidR="00611997">
          <w:rPr>
            <w:rFonts w:ascii="Arial" w:hAnsi="Arial" w:cs="Arial"/>
          </w:rPr>
          <w:t>6</w:t>
        </w:r>
        <w:r w:rsidRPr="00223EE6">
          <w:rPr>
            <w:rFonts w:ascii="Arial" w:hAnsi="Arial" w:cs="Arial"/>
          </w:rPr>
          <w:t>item</w:t>
        </w:r>
        <w:r>
          <w:rPr>
            <w:rFonts w:ascii="Arial" w:hAnsi="Arial" w:cs="Arial"/>
          </w:rPr>
          <w:t>0</w:t>
        </w:r>
        <w:r w:rsidR="00C8324F">
          <w:rPr>
            <w:rFonts w:ascii="Arial" w:hAnsi="Arial" w:cs="Arial"/>
          </w:rPr>
          <w:t>2</w:t>
        </w:r>
        <w:r w:rsidRPr="00223EE6">
          <w:rPr>
            <w:rFonts w:ascii="Arial" w:hAnsi="Arial" w:cs="Arial"/>
          </w:rPr>
          <w:t>a0</w:t>
        </w:r>
        <w:r>
          <w:rPr>
            <w:rFonts w:ascii="Arial" w:hAnsi="Arial" w:cs="Arial"/>
          </w:rPr>
          <w:t>2</w:t>
        </w:r>
      </w:p>
      <w:p w14:paraId="3EE1B4EB" w14:textId="12D094D3" w:rsidR="00C30375" w:rsidRPr="00223EE6" w:rsidRDefault="00C30375" w:rsidP="00C30375">
        <w:pPr>
          <w:pStyle w:val="Header"/>
          <w:jc w:val="right"/>
          <w:rPr>
            <w:rFonts w:ascii="Arial" w:hAnsi="Arial" w:cs="Arial"/>
          </w:rPr>
        </w:pPr>
        <w:r w:rsidRPr="00223EE6">
          <w:rPr>
            <w:rFonts w:ascii="Arial" w:hAnsi="Arial" w:cs="Arial"/>
          </w:rPr>
          <w:t xml:space="preserve">Attachment </w:t>
        </w:r>
        <w:r>
          <w:rPr>
            <w:rFonts w:ascii="Arial" w:hAnsi="Arial" w:cs="Arial"/>
          </w:rPr>
          <w:t>2</w:t>
        </w:r>
      </w:p>
      <w:p w14:paraId="625CB3FC" w14:textId="74EE98D2" w:rsidR="00C30375" w:rsidRPr="00C30375" w:rsidRDefault="00C30375" w:rsidP="00C30375">
        <w:pPr>
          <w:pStyle w:val="Header"/>
          <w:spacing w:after="240"/>
          <w:jc w:val="right"/>
          <w:rPr>
            <w:rFonts w:ascii="Arial" w:hAnsi="Arial" w:cs="Arial"/>
          </w:rPr>
        </w:pPr>
        <w:r w:rsidRPr="00223EE6">
          <w:rPr>
            <w:rFonts w:ascii="Arial" w:hAnsi="Arial" w:cs="Arial"/>
          </w:rPr>
          <w:t xml:space="preserve">Page </w:t>
        </w:r>
        <w:r w:rsidRPr="00223EE6">
          <w:rPr>
            <w:rFonts w:ascii="Arial" w:hAnsi="Arial" w:cs="Arial"/>
            <w:bCs/>
          </w:rPr>
          <w:fldChar w:fldCharType="begin"/>
        </w:r>
        <w:r w:rsidRPr="00223EE6">
          <w:rPr>
            <w:rFonts w:ascii="Arial" w:hAnsi="Arial" w:cs="Arial"/>
            <w:bCs/>
          </w:rPr>
          <w:instrText xml:space="preserve"> PAGE </w:instrText>
        </w:r>
        <w:r w:rsidRPr="00223EE6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</w:rPr>
          <w:t>1</w:t>
        </w:r>
        <w:r w:rsidRPr="00223EE6">
          <w:rPr>
            <w:rFonts w:ascii="Arial" w:hAnsi="Arial" w:cs="Arial"/>
            <w:bCs/>
          </w:rPr>
          <w:fldChar w:fldCharType="end"/>
        </w:r>
        <w:r w:rsidRPr="00223EE6">
          <w:rPr>
            <w:rFonts w:ascii="Arial" w:hAnsi="Arial" w:cs="Arial"/>
          </w:rPr>
          <w:t xml:space="preserve"> of </w:t>
        </w:r>
        <w:r w:rsidRPr="00223EE6">
          <w:rPr>
            <w:rFonts w:ascii="Arial" w:hAnsi="Arial" w:cs="Arial"/>
            <w:bCs/>
          </w:rPr>
          <w:fldChar w:fldCharType="begin"/>
        </w:r>
        <w:r w:rsidRPr="00223EE6">
          <w:rPr>
            <w:rFonts w:ascii="Arial" w:hAnsi="Arial" w:cs="Arial"/>
            <w:bCs/>
          </w:rPr>
          <w:instrText xml:space="preserve"> NUMPAGES  </w:instrText>
        </w:r>
        <w:r w:rsidRPr="00223EE6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</w:rPr>
          <w:t>20</w:t>
        </w:r>
        <w:r w:rsidRPr="00223EE6">
          <w:rPr>
            <w:rFonts w:ascii="Arial" w:hAnsi="Arial" w:cs="Arial"/>
            <w:bCs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8252B07"/>
    <w:multiLevelType w:val="hybridMultilevel"/>
    <w:tmpl w:val="E9F88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545252">
    <w:abstractNumId w:val="8"/>
  </w:num>
  <w:num w:numId="2" w16cid:durableId="1612130306">
    <w:abstractNumId w:val="6"/>
  </w:num>
  <w:num w:numId="3" w16cid:durableId="1995257679">
    <w:abstractNumId w:val="5"/>
  </w:num>
  <w:num w:numId="4" w16cid:durableId="527911275">
    <w:abstractNumId w:val="4"/>
  </w:num>
  <w:num w:numId="5" w16cid:durableId="144442787">
    <w:abstractNumId w:val="7"/>
  </w:num>
  <w:num w:numId="6" w16cid:durableId="1990674442">
    <w:abstractNumId w:val="3"/>
  </w:num>
  <w:num w:numId="7" w16cid:durableId="564410186">
    <w:abstractNumId w:val="2"/>
  </w:num>
  <w:num w:numId="8" w16cid:durableId="1687904242">
    <w:abstractNumId w:val="1"/>
  </w:num>
  <w:num w:numId="9" w16cid:durableId="1996372413">
    <w:abstractNumId w:val="0"/>
  </w:num>
  <w:num w:numId="10" w16cid:durableId="5357773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09FC"/>
    <w:rsid w:val="000D7C74"/>
    <w:rsid w:val="0015074B"/>
    <w:rsid w:val="00153CCF"/>
    <w:rsid w:val="00175B9C"/>
    <w:rsid w:val="001A7C88"/>
    <w:rsid w:val="0029639D"/>
    <w:rsid w:val="002B50B2"/>
    <w:rsid w:val="002C7EFB"/>
    <w:rsid w:val="00326F90"/>
    <w:rsid w:val="003A6482"/>
    <w:rsid w:val="003C6123"/>
    <w:rsid w:val="003D5467"/>
    <w:rsid w:val="00415771"/>
    <w:rsid w:val="0044286F"/>
    <w:rsid w:val="00470C0E"/>
    <w:rsid w:val="004915A7"/>
    <w:rsid w:val="00536B1A"/>
    <w:rsid w:val="005945B9"/>
    <w:rsid w:val="00611997"/>
    <w:rsid w:val="006523D3"/>
    <w:rsid w:val="006863C6"/>
    <w:rsid w:val="0068646C"/>
    <w:rsid w:val="006C5A9A"/>
    <w:rsid w:val="0074683D"/>
    <w:rsid w:val="007A10A8"/>
    <w:rsid w:val="007A2782"/>
    <w:rsid w:val="007E7599"/>
    <w:rsid w:val="007E7765"/>
    <w:rsid w:val="007F1CCE"/>
    <w:rsid w:val="008005B6"/>
    <w:rsid w:val="00801DA8"/>
    <w:rsid w:val="00843A75"/>
    <w:rsid w:val="00853C54"/>
    <w:rsid w:val="00871B2F"/>
    <w:rsid w:val="00894C98"/>
    <w:rsid w:val="008A7C8A"/>
    <w:rsid w:val="008C0D80"/>
    <w:rsid w:val="009029A3"/>
    <w:rsid w:val="00912086"/>
    <w:rsid w:val="00921D5D"/>
    <w:rsid w:val="0092511C"/>
    <w:rsid w:val="009304F3"/>
    <w:rsid w:val="009337FA"/>
    <w:rsid w:val="009466A8"/>
    <w:rsid w:val="00967CA2"/>
    <w:rsid w:val="009B1E69"/>
    <w:rsid w:val="009B4C91"/>
    <w:rsid w:val="00A020F9"/>
    <w:rsid w:val="00A13D0F"/>
    <w:rsid w:val="00A41912"/>
    <w:rsid w:val="00A60B4A"/>
    <w:rsid w:val="00A70869"/>
    <w:rsid w:val="00AA1D8D"/>
    <w:rsid w:val="00AA300C"/>
    <w:rsid w:val="00AD0366"/>
    <w:rsid w:val="00B47730"/>
    <w:rsid w:val="00B84BD6"/>
    <w:rsid w:val="00B93C17"/>
    <w:rsid w:val="00B96E9A"/>
    <w:rsid w:val="00C17EF2"/>
    <w:rsid w:val="00C30375"/>
    <w:rsid w:val="00C32060"/>
    <w:rsid w:val="00C73D6D"/>
    <w:rsid w:val="00C8324F"/>
    <w:rsid w:val="00CB0664"/>
    <w:rsid w:val="00CD44A9"/>
    <w:rsid w:val="00E0711F"/>
    <w:rsid w:val="00E17642"/>
    <w:rsid w:val="00E35047"/>
    <w:rsid w:val="00E55382"/>
    <w:rsid w:val="00E76ED8"/>
    <w:rsid w:val="00EA2999"/>
    <w:rsid w:val="00EF47F9"/>
    <w:rsid w:val="00F25C37"/>
    <w:rsid w:val="00F45B02"/>
    <w:rsid w:val="00F97742"/>
    <w:rsid w:val="00FC693F"/>
    <w:rsid w:val="00FD5027"/>
    <w:rsid w:val="3302B72E"/>
    <w:rsid w:val="3FC83A82"/>
    <w:rsid w:val="5978C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05A9A2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44286F"/>
    <w:pPr>
      <w:spacing w:after="240" w:line="240" w:lineRule="auto"/>
      <w:ind w:right="-93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4286F"/>
    <w:rPr>
      <w:rFonts w:ascii="Arial" w:hAnsi="Arial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CWPJAC September 2026 Agenda Item 02 Att 2 - General Information (CA Dept of Education)</vt:lpstr>
    </vt:vector>
  </TitlesOfParts>
  <Manager/>
  <Company/>
  <LinksUpToDate>false</LinksUpToDate>
  <CharactersWithSpaces>1586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CWPJAC September 2026 Agenda Item 02 Att 2 - General Information (CA Dept of Education)</dc:title>
  <dc:subject>Attachment 2: Fiscal Year 2026–27: Grantee Counts Broken Down by County (with County Numbers) for the California Workforce Pathways Joint Advisory Committee (CWPJAC).</dc:subject>
  <dc:creator/>
  <cp:keywords/>
  <dc:description/>
  <cp:lastModifiedBy/>
  <cp:revision>1</cp:revision>
  <dcterms:created xsi:type="dcterms:W3CDTF">2026-08-11T20:06:00Z</dcterms:created>
  <dcterms:modified xsi:type="dcterms:W3CDTF">2026-09-01T18:40:00Z</dcterms:modified>
  <cp:category/>
</cp:coreProperties>
</file>